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ALP ER TUNGA-X</w:t>
        <w:br/>
        <w:t>Teknik Proje Dokümanı (TR)</w:t>
      </w:r>
    </w:p>
    <w:p/>
    <w:p>
      <w:pPr>
        <w:jc w:val="center"/>
      </w:pPr>
      <w:r>
        <w:rPr>
          <w:i/>
          <w:sz w:val="24"/>
        </w:rPr>
        <w:t>Adaptif Zırh &amp; Akıllı Kamuflaj Teknolojisi</w:t>
        <w:br/>
        <w:t>Mühendislik ve Sistem Mimari Dokümanı</w:t>
      </w:r>
    </w:p>
    <w:p>
      <w:r>
        <w:br/>
      </w:r>
    </w:p>
    <w:p>
      <w:r>
        <w:rPr>
          <w:b/>
          <w:sz w:val="28"/>
        </w:rPr>
        <w:t>1. Teknik Genel Bakış</w:t>
      </w:r>
    </w:p>
    <w:p>
      <w:r>
        <w:t>ALP ER TUNGA-X, akıllı kamuflaj, adaptif zırh güçlendirme, termal iz azaltma, biyometrik sağlık takibi ve güvenli taktik haberleşmeyi tek bir entegre kıyafet mimarisinde birleştirmeyi hedefleyen modüler giyilebilir savunma sistemidir.</w:t>
        <w:br/>
        <w:br/>
        <w:t>Sistem, çok katmanlı tekstil-zırh hibrit yapısına sahip olup gömülü elektronik ve sensör ağlarıyla desteklenmiştir. Çoklu operasyon modlarını destekler ve görev ihtiyacına göre modüler eklentilerle genişletilebilir.</w:t>
      </w:r>
    </w:p>
    <w:p/>
    <w:p>
      <w:r>
        <w:rPr>
          <w:b/>
          <w:sz w:val="28"/>
        </w:rPr>
        <w:t>2. Sistem Mimari Özeti</w:t>
      </w:r>
    </w:p>
    <w:p>
      <w:r>
        <w:t>ALP ER TUNGA-X aşağıdaki 5 ana alt sistemden oluşur:</w:t>
        <w:br/>
        <w:br/>
        <w:t>- Yapısal Tekstil Katmanı (Ana kıyafet)</w:t>
        <w:br/>
        <w:t>- Koruyucu Güçlendirme Katmanı (Zırh &amp; Darbe Direnci)</w:t>
        <w:br/>
        <w:t>- Adaptif Görsel Katman (Kamuflaj &amp; Aktif Şerit Sistemi)</w:t>
        <w:br/>
        <w:t>- Sensör &amp; Biyometrik Katman (Sağlık Takibi)</w:t>
        <w:br/>
        <w:t>- Haberleşme &amp; Komuta Arayüz Katmanı (Şifreli Veri Aktarımı)</w:t>
        <w:br/>
        <w:br/>
        <w:t>Her alt sistem bağımsız şekilde çalışabilecek ve entegre ağ yapısı içinde senkronize olabilecek şekilde tasarlanmıştır.</w:t>
      </w:r>
    </w:p>
    <w:p/>
    <w:p>
      <w:r>
        <w:rPr>
          <w:b/>
          <w:sz w:val="28"/>
        </w:rPr>
        <w:t>3. Çalışma Modları (Sistem Durumları)</w:t>
      </w:r>
    </w:p>
    <w:p>
      <w:r>
        <w:t>Sistem üç ana operasyon durumuna sahiptir:</w:t>
        <w:br/>
        <w:br/>
        <w:t>OFF MODU</w:t>
        <w:br/>
        <w:t>- Görsel sistemler kapalıdır</w:t>
        <w:br/>
        <w:t>- Minimum enerji tüketimi sağlar</w:t>
        <w:br/>
        <w:t>- Maksimum gizlilik profili sunar</w:t>
        <w:br/>
        <w:br/>
        <w:t>PASİF MOD</w:t>
        <w:br/>
        <w:t>- Kamuflaj aktif çalışır</w:t>
        <w:br/>
        <w:t>- Sensör ağı devrededir</w:t>
        <w:br/>
        <w:t>- Düşük enerji ile sürekli izleme sağlar</w:t>
        <w:br/>
        <w:br/>
        <w:t>AKTİF MOD (KUT MODU)</w:t>
        <w:br/>
        <w:t>- Şerit ve ışık sistemi devreye girer</w:t>
        <w:br/>
        <w:t>- Zırh bölgeleri sertleşir / güçlenir</w:t>
        <w:br/>
        <w:t>- Yüksek alarm biyometrik ve haberleşme protokolleri aktif olur</w:t>
      </w:r>
    </w:p>
    <w:p/>
    <w:p>
      <w:r>
        <w:rPr>
          <w:b/>
          <w:sz w:val="28"/>
        </w:rPr>
        <w:t>4. Akıllı Kamuflaj Modülü</w:t>
      </w:r>
    </w:p>
    <w:p>
      <w:r>
        <w:t>Kamuflaj sistemi dört ana görev ortamına göre tasarlanmıştır:</w:t>
        <w:br/>
        <w:br/>
        <w:t>- Orman / Dağ</w:t>
        <w:br/>
        <w:t>- Çöl / Kurak Arazi</w:t>
        <w:br/>
        <w:t>- Şehir (Urban)</w:t>
        <w:br/>
        <w:t>- Kış / Kar</w:t>
        <w:br/>
        <w:br/>
        <w:t>Modül, gelişmiş tekstil kaplamalarıyla uyumludur ve gelecekte elektro-kromik veya termo-kromik malzemelerle renk değiştirebilir hale getirilebilir.</w:t>
        <w:br/>
        <w:br/>
        <w:t>Mevcut tasarım, önceden yapılandırılmış kamuflaj setlerini destekler ve dış yüzey modüler değiştirilebilir şekilde kurgulanır.</w:t>
      </w:r>
    </w:p>
    <w:p/>
    <w:p>
      <w:r>
        <w:rPr>
          <w:b/>
          <w:sz w:val="28"/>
        </w:rPr>
        <w:t>5. Adaptif Zırh Güçlendirme Sistemi</w:t>
      </w:r>
    </w:p>
    <w:p>
      <w:r>
        <w:t>Zırh sistemi esnek ve rijit bileşenlerin hibrit yapısı olarak tasarlanmıştır.</w:t>
        <w:br/>
        <w:br/>
        <w:t>Temel teknolojiler:</w:t>
        <w:br/>
        <w:t>- Modüler balistik plaka entegrasyon bölmeleri</w:t>
        <w:br/>
        <w:t>- Darbede sertleşen polimerler (shear-thickening materyaller)</w:t>
        <w:br/>
        <w:t>- Çok katmanlı darbe emici pedler</w:t>
        <w:br/>
        <w:t>- Kesici/delici tehditlere karşı güçlendirilmiş lif ağları</w:t>
        <w:br/>
        <w:br/>
        <w:t>Sistem, görev ihtiyacına göre hafif veya yüksek koruma konfigürasyonlarını destekler.</w:t>
      </w:r>
    </w:p>
    <w:p/>
    <w:p>
      <w:r>
        <w:rPr>
          <w:b/>
          <w:sz w:val="28"/>
        </w:rPr>
        <w:t>6. 3 Katmanlı Fiziksel Yapı</w:t>
      </w:r>
    </w:p>
    <w:p>
      <w:r>
        <w:t>Katman 1 – İç Katman (Konfor &amp; Biyo-Arayüz)</w:t>
        <w:br/>
        <w:t>- Nefes alabilir tekstil tabanı</w:t>
        <w:br/>
        <w:t>- Ter ve ısı kontrolü</w:t>
        <w:br/>
        <w:t>- Sensörlerin temas ettiği biyoteknik yüzey</w:t>
        <w:br/>
        <w:br/>
        <w:t>Katman 2 – Orta Katman (Koruma &amp; Güçlendirme)</w:t>
        <w:br/>
        <w:t>- Darbe emici sünger/ped katman</w:t>
        <w:br/>
        <w:t>- Darbede sertleşen polimer katman</w:t>
        <w:br/>
        <w:t>- Bıçak dayanımlı güçlendirilmiş lif yapısı</w:t>
        <w:br/>
        <w:br/>
        <w:t>Katman 3 – Dış Katman (Kamuflaj &amp; Operasyon Kimliği)</w:t>
        <w:br/>
        <w:t>- Ortama uyumlu kamuflaj yüzeyi</w:t>
        <w:br/>
        <w:t>- Aktif mod şerit kanalları</w:t>
        <w:br/>
        <w:t>- Ayyıldız kimlik entegrasyonu</w:t>
      </w:r>
    </w:p>
    <w:p/>
    <w:p>
      <w:r>
        <w:rPr>
          <w:b/>
          <w:sz w:val="28"/>
        </w:rPr>
        <w:t>7. Balistik Koruma Entegrasyonu</w:t>
      </w:r>
    </w:p>
    <w:p>
      <w:r>
        <w:t>ALP ER TUNGA-X, çıkarılabilir plaka bölmeleri üzerinden modüler balistik korumayı destekler.</w:t>
        <w:br/>
        <w:br/>
        <w:t>Olası plaka malzemeleri:</w:t>
        <w:br/>
        <w:t>- Seramik kompozit plakalar</w:t>
        <w:br/>
        <w:t>- UHMWPE plakalar</w:t>
        <w:br/>
        <w:t>- Hibrit seramik-UHMWPE çözümleri</w:t>
        <w:br/>
        <w:br/>
        <w:t>Mimari, göğüs, sırt, omuz ve uyluk bölgelerinde çoklu bölgesel koruma desteği sunar.</w:t>
        <w:br/>
        <w:br/>
        <w:t>Not: Koruma seviyesi kullanılan plaka türüne ve test standartlarına bağlıdır.</w:t>
      </w:r>
    </w:p>
    <w:p/>
    <w:p>
      <w:r>
        <w:rPr>
          <w:b/>
          <w:sz w:val="28"/>
        </w:rPr>
        <w:t>8. Kesici/Delici (Bıçak) Dayanımı</w:t>
      </w:r>
    </w:p>
    <w:p>
      <w:r>
        <w:t>Sistem, bıçak ve delici tehditlere karşı gelişmiş dokuma lif yapılarıyla güçlendirilmiştir.</w:t>
        <w:br/>
        <w:br/>
        <w:t>Önerilen malzemeler:</w:t>
        <w:br/>
        <w:t>- Kevlar tabanlı dokuma tekstil</w:t>
        <w:br/>
        <w:t>- UHMWPE lif katmanları</w:t>
        <w:br/>
        <w:t>- Lamine kompozit güçlendirmeler</w:t>
        <w:br/>
        <w:br/>
        <w:t>Bu katmanlar delici penetrasyonu azaltmayı ve hayatta kalma ihtimalini artırmayı hedefler.</w:t>
      </w:r>
    </w:p>
    <w:p/>
    <w:p>
      <w:r>
        <w:rPr>
          <w:b/>
          <w:sz w:val="28"/>
        </w:rPr>
        <w:t>9. Termal İz Azaltma (THERM-SHIELD)</w:t>
      </w:r>
    </w:p>
    <w:p>
      <w:r>
        <w:t>THERM-SHIELD modülü, kızılötesi görünürlüğü azaltmak için ısı dağılımını optimize etmeyi ve termal kontrastı düşürmeyi amaçlar.</w:t>
        <w:br/>
        <w:br/>
        <w:t>Olası termal azaltma yaklaşımları:</w:t>
        <w:br/>
        <w:t>- Isı dağıtıcı dış yüzey kaplamaları</w:t>
        <w:br/>
        <w:t>- İzolasyon katmanı entegrasyonu</w:t>
        <w:br/>
        <w:t>- Faz değişimli materyal (PCM) destekleri</w:t>
        <w:br/>
        <w:t>- Düşük emisyonlu yüzey işlemleri</w:t>
        <w:br/>
        <w:br/>
        <w:t>Amaç tam görünmezlik değil, termal tespit olasılığını ciddi ölçüde azaltmaktır.</w:t>
      </w:r>
    </w:p>
    <w:p/>
    <w:p>
      <w:r>
        <w:rPr>
          <w:b/>
          <w:sz w:val="28"/>
        </w:rPr>
        <w:t>10. BIO-SYNC Biyometrik Takip Modülü</w:t>
      </w:r>
    </w:p>
    <w:p>
      <w:r>
        <w:t>BIO-SYNC, kıyafet içerisine entegre edilen gerçek zamanlı biyometrik izleme sistemidir.</w:t>
        <w:br/>
        <w:br/>
        <w:t>Takip edilen veriler:</w:t>
        <w:br/>
        <w:t>- Nabız / EKG tabanlı ritim takibi</w:t>
        <w:br/>
        <w:t>- Kan oksijen seviyesi (SpO2)</w:t>
        <w:br/>
        <w:t>- Solunum ritmi</w:t>
        <w:br/>
        <w:t>- Cilt sıcaklığı</w:t>
        <w:br/>
        <w:t>- Stres ve yorgunluk tahmini</w:t>
        <w:br/>
        <w:t>- Hareket, düşme ve hareketsizlik algılama</w:t>
        <w:br/>
        <w:br/>
        <w:t>Modül, şok riski veya anormal fizyolojik durumlar için erken uyarı üretebilir.</w:t>
      </w:r>
    </w:p>
    <w:p/>
    <w:p>
      <w:r>
        <w:rPr>
          <w:b/>
          <w:sz w:val="28"/>
        </w:rPr>
        <w:t>11. COM-LINK Güvenli Haberleşme Arayüzü</w:t>
      </w:r>
    </w:p>
    <w:p>
      <w:r>
        <w:t>COM-LINK, şifreli taktik haberleşme ve gerçek zamanlı veri aktarımı sağlar.</w:t>
        <w:br/>
        <w:br/>
        <w:t>Temel fonksiyonlar:</w:t>
        <w:br/>
        <w:t>- GPS konum takibi</w:t>
        <w:br/>
        <w:t>- Acil durum alarm iletimi</w:t>
        <w:br/>
        <w:t>- Biyometrik durum raporlama</w:t>
        <w:br/>
        <w:t>- Takım bazlı senkronizasyon</w:t>
        <w:br/>
        <w:t>- Komuta merkezi uplink desteği</w:t>
        <w:br/>
        <w:br/>
        <w:t>Entegrasyon yapısı, harici telsiz sistemlerini ve gelecekte HUD arayüzlerini destekleyecek şekilde tasarlanmıştır.</w:t>
      </w:r>
    </w:p>
    <w:p/>
    <w:p>
      <w:r>
        <w:rPr>
          <w:b/>
          <w:sz w:val="28"/>
        </w:rPr>
        <w:t>12. MED-ALERT Acil Durum Protokolü</w:t>
      </w:r>
    </w:p>
    <w:p>
      <w:r>
        <w:t>MED-ALERT, otomatik acil durum müdahale modülüdür.</w:t>
        <w:br/>
        <w:br/>
        <w:t>Tetikleme koşulları:</w:t>
        <w:br/>
        <w:t>- Ani nabız düşüşü</w:t>
        <w:br/>
        <w:t>- SpO2 değerinde anormal düşüş</w:t>
        <w:br/>
        <w:t>- Düşme + hareketsizlik tespiti</w:t>
        <w:br/>
        <w:t>- Manuel acil durum aktivasyonu</w:t>
        <w:br/>
        <w:br/>
        <w:t>Tetikleme sonrası sistem şu verileri iletir:</w:t>
        <w:br/>
        <w:t>- GPS koordinatları</w:t>
        <w:br/>
        <w:t>- Hayati biyometrik veriler</w:t>
        <w:br/>
        <w:t>- Tahmini aciliyet seviyesi</w:t>
        <w:br/>
        <w:t>- Operatör kimliği ve görev etiketi (varsa)</w:t>
        <w:br/>
        <w:br/>
        <w:t>Amaç, komuta merkezinin hızlı karar almasını ve tıbbi müdahale birimlerinin yönlendirilmesini sağlamaktır.</w:t>
      </w:r>
    </w:p>
    <w:p/>
    <w:p>
      <w:r>
        <w:rPr>
          <w:b/>
          <w:sz w:val="28"/>
        </w:rPr>
        <w:t>13. Yapay Zekâ Destekli Operasyonel Zeka (OPS-AI)</w:t>
      </w:r>
    </w:p>
    <w:p>
      <w:r>
        <w:t>OPS-AI, yapay zekâ destekli karar destek katmanı olarak planlanan gelecek genişleme modülüdür.</w:t>
        <w:br/>
        <w:br/>
        <w:t>Olası AI özellikleri:</w:t>
        <w:br/>
        <w:t>- Biyometrik verilerden risk tahmini</w:t>
        <w:br/>
        <w:t>- Otomatik mod önerileri</w:t>
        <w:br/>
        <w:t>- Çevresel tehlike analizi</w:t>
        <w:br/>
        <w:t>- Görev performans analitiği</w:t>
        <w:br/>
        <w:t>- Tıbbi kriz tahmini ve otomatik alarm üretimi</w:t>
      </w:r>
    </w:p>
    <w:p/>
    <w:p>
      <w:r>
        <w:rPr>
          <w:b/>
          <w:sz w:val="28"/>
        </w:rPr>
        <w:t>14. Güç ve Enerji Altyapısı</w:t>
      </w:r>
    </w:p>
    <w:p>
      <w:r>
        <w:t>Enerji ihtiyacı kullanılan moda göre değişir.</w:t>
        <w:br/>
        <w:br/>
        <w:t>Olası güç tasarımı:</w:t>
        <w:br/>
        <w:t>- Şarj edilebilir Li-Po batarya paketleri</w:t>
        <w:br/>
        <w:t>- Modüler batarya bölmeleri</w:t>
        <w:br/>
        <w:t>- MED-ALERT için acil yedek enerji hücresi</w:t>
        <w:br/>
        <w:t>- Düşük enerji tüketimli bekleme mimarisi</w:t>
        <w:br/>
        <w:br/>
        <w:t>Enerji öncelik sırası:</w:t>
        <w:br/>
        <w:t>1) MED-ALERT acil durum iletimi</w:t>
        <w:br/>
        <w:t>2) COM-LINK haberleşme</w:t>
        <w:br/>
        <w:t>3) BIO-SYNC izleme</w:t>
        <w:br/>
        <w:t>4) Görsel şerit ve ışık sistemi</w:t>
      </w:r>
    </w:p>
    <w:p/>
    <w:p>
      <w:r>
        <w:rPr>
          <w:b/>
          <w:sz w:val="28"/>
        </w:rPr>
        <w:t>15. Çevresel Dayanıklılık</w:t>
      </w:r>
    </w:p>
    <w:p>
      <w:r>
        <w:t>Sistem, saha şartlarına uygun çevresel dayanıklılık hedefleriyle tasarlanmıştır:</w:t>
        <w:br/>
        <w:br/>
        <w:t>- Su ve nem dayanımı</w:t>
        <w:br/>
        <w:t>- Toz ve kum dayanımı</w:t>
        <w:br/>
        <w:t>- Soğuk ve sıcak hava dayanımı</w:t>
        <w:br/>
        <w:t>- Mekanik aşınma dayanımı</w:t>
        <w:br/>
        <w:t>- Kimyasal maruziyet dayanımı (opsiyonel yükseltme)</w:t>
        <w:br/>
        <w:br/>
        <w:t>Nihai dayanıklılık performansı seçilen malzeme ve kaplama standartlarına bağlıdır.</w:t>
      </w:r>
    </w:p>
    <w:p/>
    <w:p>
      <w:r>
        <w:rPr>
          <w:b/>
          <w:sz w:val="28"/>
        </w:rPr>
        <w:t>16. Prototip Geliştirme Yol Haritası</w:t>
      </w:r>
    </w:p>
    <w:p>
      <w:r>
        <w:t>Aşama 1 (Konsept Prototip)</w:t>
        <w:br/>
        <w:t>- Ana tekstil yapı</w:t>
        <w:br/>
        <w:t>- Modüler plaka entegrasyon bölgeleri</w:t>
        <w:br/>
        <w:t>- Pasif kamuflaj setleri</w:t>
        <w:br/>
        <w:t>- Temel BIO-SYNC izleme prototipi</w:t>
        <w:br/>
        <w:br/>
        <w:t>Aşama 2 (Fonksiyonel Prototip)</w:t>
        <w:br/>
        <w:t>- COM-LINK entegrasyonu</w:t>
        <w:br/>
        <w:t>- MED-ALERT acil durum veri paketi iletimi</w:t>
        <w:br/>
        <w:t>- Termal kaplama testleri</w:t>
        <w:br/>
        <w:br/>
        <w:t>Aşama 3 (Operasyonel Prototip)</w:t>
        <w:br/>
        <w:t>- Mod geçiş doğrulama testleri</w:t>
        <w:br/>
        <w:t>- Çevresel dayanıklılık testleri</w:t>
        <w:br/>
        <w:t>- Gelişmiş güçlendirme sistemi testleri</w:t>
        <w:br/>
        <w:t>- AI uyumlu mimari hazırlığı</w:t>
      </w:r>
    </w:p>
    <w:p/>
    <w:p>
      <w:r>
        <w:rPr>
          <w:b/>
          <w:sz w:val="28"/>
        </w:rPr>
        <w:t>17. Test ve Doğrulama Planı</w:t>
      </w:r>
    </w:p>
    <w:p>
      <w:r>
        <w:t>Önerilen test alanları:</w:t>
        <w:br/>
        <w:t>- Balistik plaka uyumluluk testleri</w:t>
        <w:br/>
        <w:t>- Bıçak ve delici dayanım testleri</w:t>
        <w:br/>
        <w:t>- Termal iz ölçüm testleri</w:t>
        <w:br/>
        <w:t>- Su/toz dayanım testleri</w:t>
        <w:br/>
        <w:t>- Biyometrik sensör doğruluk testleri</w:t>
        <w:br/>
        <w:t>- Haberleşme güvenliği ve şifreleme doğrulama</w:t>
        <w:br/>
        <w:t>- Mod geçiş dayanıklılık ve ömür testleri</w:t>
      </w:r>
    </w:p>
    <w:p/>
    <w:p>
      <w:r>
        <w:rPr>
          <w:b/>
          <w:sz w:val="28"/>
        </w:rPr>
        <w:t>18. Sonuç</w:t>
      </w:r>
    </w:p>
    <w:p>
      <w:r>
        <w:t>ALP ER TUNGA-X, ölçeklenebilir bir giyilebilir savunma teknolojisi olarak mühendislik temeli üzerine inşa edilmiştir. Modüler mimarisi sayesinde koruma, kamuflaj, sağlık takibi ve haberleşme kabiliyetleri, ana sistemi yeniden tasarlamadan geliştirilebilir.</w:t>
        <w:br/>
        <w:br/>
        <w:t>Bu teknik çerçeve; prototip geliştirme, kurumsal değerlendirme ve savunma standardı sertifikasyon süreçleri için sağlam bir temel oluşturur.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