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ALP ER TUNGA-X</w:t>
        <w:br/>
        <w:t>Resmî Proje Dosyası (TR)</w:t>
      </w:r>
    </w:p>
    <w:p/>
    <w:p>
      <w:pPr>
        <w:jc w:val="center"/>
      </w:pPr>
      <w:r>
        <w:rPr>
          <w:i/>
          <w:sz w:val="24"/>
        </w:rPr>
        <w:t>Adaptif Zırh &amp; Akıllı Kamuflaj Teknolojisi</w:t>
        <w:br/>
        <w:t>Gizli Konsept Dokümanı</w:t>
      </w:r>
    </w:p>
    <w:p>
      <w:r>
        <w:br/>
      </w:r>
    </w:p>
    <w:p>
      <w:r>
        <w:rPr>
          <w:b/>
          <w:sz w:val="28"/>
        </w:rPr>
        <w:t>1. Yönetici Özeti</w:t>
      </w:r>
    </w:p>
    <w:p>
      <w:r>
        <w:t>ALP ER TUNGA-X, adaptif kamuflaj, modüler zırh koruması, biyometrik sağlık takibi ve taktik haberleşmeyi tek bir entegre sistemde birleştirmeyi hedefleyen yeni nesil giyilebilir savunma teknolojisidir.</w:t>
        <w:br/>
        <w:br/>
        <w:t>Türk mitolojisinin en büyük komutan figürlerinden biri olan Alp Er Tunga’nın ruhundan ilham alan ALP ER TUNGA-X, gizlilik, hızlı aktivasyon, hayatta kalma kabiliyeti ve sahadan merkeze veri aktarımı yoluyla operasyonel üstünlük sağlamayı amaçlar.</w:t>
        <w:br/>
        <w:br/>
        <w:t>“Sessizken görünmez, gerektiğinde caydırıcı.”</w:t>
      </w:r>
    </w:p>
    <w:p/>
    <w:p>
      <w:r>
        <w:rPr>
          <w:b/>
          <w:sz w:val="28"/>
        </w:rPr>
        <w:t>2. Yerli ve Millî Vizyon</w:t>
      </w:r>
    </w:p>
    <w:p>
      <w:r>
        <w:t>ALP ER TUNGA-X, teknolojik bağımsızlık hedefiyle, yerli mühendislik kabiliyetiyle ve modern savunma ihtiyaçları doğrultusunda geliştirilmiş stratejik bir konsepttir.</w:t>
        <w:br/>
        <w:br/>
        <w:t>Bu teknoloji; operatörü yalnızca fiziksel olarak korumayı değil, aynı zamanda komuta merkezine, sağlık destek birimlerine ve taktik unsurlara dijital olarak bağlamayı hedefler.</w:t>
        <w:br/>
        <w:br/>
        <w:t>Ayyıldız kimlik entegrasyonu, milli miras ile modern savunma mühendisliğinin birleşimini temsil eder.</w:t>
      </w:r>
    </w:p>
    <w:p/>
    <w:p>
      <w:r>
        <w:rPr>
          <w:b/>
          <w:sz w:val="28"/>
        </w:rPr>
        <w:t>3. Temel Çalışma Konsepti</w:t>
      </w:r>
    </w:p>
    <w:p>
      <w:r>
        <w:t>ALP ER TUNGA-X, çok modlu bir savaş kıyafeti sistemi olarak çalışır. Görev şartlarına göre gizlilik ve caydırıcılık arasında dinamik geçiş sağlar.</w:t>
        <w:br/>
        <w:br/>
        <w:t>Sistem modüler mimaride tasarlanmıştır. Böylece balistik plaka, termal maskeleme katmanı veya gelişmiş haberleşme modülleri gibi alt sistemler, tüm yapıyı yeniden tasarlamadan entegre edilebilir.</w:t>
      </w:r>
    </w:p>
    <w:p/>
    <w:p>
      <w:r>
        <w:rPr>
          <w:b/>
          <w:sz w:val="28"/>
        </w:rPr>
        <w:t>4. 3 Modlu Akıllı Sistem</w:t>
      </w:r>
    </w:p>
    <w:p>
      <w:r>
        <w:t>OFF MODU (Tam Gizlilik Modu)</w:t>
        <w:br/>
        <w:t>- Işık ve şerit sistemleri tamamen kapalıdır</w:t>
        <w:br/>
        <w:t>- Kamuflaj görünümü tamamen doğal kalır</w:t>
        <w:br/>
        <w:t>- Ayyıldız sembolü kumaş yapısı içinde gizlidir</w:t>
        <w:br/>
        <w:t>- Maksimum gizlilik ve minimum dikkat çekme sağlar</w:t>
        <w:br/>
        <w:br/>
        <w:t>PASİF MOD (Standart Koruma Modu)</w:t>
        <w:br/>
        <w:t>- Kamuflaj aktif şekilde görev yapar</w:t>
        <w:br/>
        <w:t>- Sensörler çalışır ve veri toplar</w:t>
        <w:br/>
        <w:t>- Düşük enerji tüketimi ile uzun süreli görev sağlar</w:t>
        <w:br/>
        <w:t>- Konfor ve dayanıklılık dengelenmiştir</w:t>
        <w:br/>
        <w:br/>
        <w:t>AKTİF MOD – KUT MODU (Zırh Aktivasyon Modu)</w:t>
        <w:br/>
        <w:t>- Kırmızı şeritler ve operasyon ışıkları aktif olur</w:t>
        <w:br/>
        <w:t>- Ayyıldız kırmızı-beyaz görünür hale gelir</w:t>
        <w:br/>
        <w:t>- Zırh bölgeleri sertleşme / güçlendirme moduna geçer</w:t>
        <w:br/>
        <w:t>- Psikolojik caydırıcılık ve operasyon üstünlüğü sağlar</w:t>
      </w:r>
    </w:p>
    <w:p/>
    <w:p>
      <w:r>
        <w:rPr>
          <w:b/>
          <w:sz w:val="28"/>
        </w:rPr>
        <w:t>5. Akıllı Kamuflaj Modülleri (4 Ana Bölge)</w:t>
      </w:r>
    </w:p>
    <w:p>
      <w:r>
        <w:t>Orman / Dağ Kamuflajı</w:t>
        <w:br/>
        <w:t>- Yeşil, zeytin ve koyu toprak tonları</w:t>
        <w:br/>
        <w:t>- Orman ve dağlık bölgeler için optimize edilmiştir</w:t>
        <w:br/>
        <w:br/>
        <w:t>Çöl / Kurak Arazi Kamuflajı</w:t>
        <w:br/>
        <w:t>- Kum beji, taş tonları ve toprak renkleri</w:t>
        <w:br/>
        <w:t>- Sıcak iklim ve düşük yansıma yüzeyler için optimize edilmiştir</w:t>
        <w:br/>
        <w:br/>
        <w:t>Şehir / Urban Kamuflajı</w:t>
        <w:br/>
        <w:t>- Beton grisi, koyu siyah ve metalik geçişler</w:t>
        <w:br/>
        <w:t>- Şehir ortamı ve gece operasyonları için optimize edilmiştir</w:t>
        <w:br/>
        <w:br/>
        <w:t>Kış / Kar Kamuflajı</w:t>
        <w:br/>
        <w:t>- Kar beyazı ve buz grisi tonları</w:t>
        <w:br/>
        <w:t>- Yüksek rakım ve karla kaplı bölgeler için optimize edilmiştir</w:t>
      </w:r>
    </w:p>
    <w:p/>
    <w:p>
      <w:r>
        <w:rPr>
          <w:b/>
          <w:sz w:val="28"/>
        </w:rPr>
        <w:t>6. 3 Katmanlı Zırh Mimarisi</w:t>
      </w:r>
    </w:p>
    <w:p>
      <w:r>
        <w:t>Katman 1: İç Katman – Konfor &amp; Biyoteknik Destek</w:t>
        <w:br/>
        <w:t>- Nefes alabilir tekstil yapısı</w:t>
        <w:br/>
        <w:t>- Ter ve ısı yönetimi</w:t>
        <w:br/>
        <w:t>- Uzun süreli kullanım rahatlığı</w:t>
        <w:br/>
        <w:br/>
        <w:t>Katman 2: Orta Katman – Koruma &amp; Sertleşme Sistemi</w:t>
        <w:br/>
        <w:t>- Darbede sertleşebilen polimer destek</w:t>
        <w:br/>
        <w:t>- Darbe emici katmanlar</w:t>
        <w:br/>
        <w:t>- Kesici/delici tehditlere karşı güçlendirilmiş yapı</w:t>
        <w:br/>
        <w:br/>
        <w:t>Katman 3: Dış Katman – Kamuflaj &amp; Operasyon Kimliği</w:t>
        <w:br/>
        <w:t>- Ortama uyumlu kamuflaj kaplaması</w:t>
        <w:br/>
        <w:t>- Aktif mod şerit sistemi</w:t>
        <w:br/>
        <w:t>- Ayyıldız kimlik entegrasyonu</w:t>
      </w:r>
    </w:p>
    <w:p/>
    <w:p>
      <w:r>
        <w:rPr>
          <w:b/>
          <w:sz w:val="28"/>
        </w:rPr>
        <w:t>7. Balistik ve Kesici Delici Koruma Altyapısı</w:t>
      </w:r>
    </w:p>
    <w:p>
      <w:r>
        <w:t>ALP ER TUNGA-X, modüler balistik plaka entegrasyonu ve güçlendirilmiş lif koruma katmanlarıyla desteklenmek üzere tasarlanmıştır.</w:t>
        <w:br/>
        <w:br/>
        <w:t>Koruma yapısı:</w:t>
        <w:br/>
        <w:t>- Modüler balistik plaka bölmeleri</w:t>
        <w:br/>
        <w:t>- Kevlar / UHMWPE tabanlı koruma dokusu</w:t>
        <w:br/>
        <w:t>- Bıçak ve kesici aletlere karşı güçlendirilmiş lif sistemi</w:t>
        <w:br/>
        <w:t>- Çok katmanlı darbe emici mimari</w:t>
        <w:br/>
        <w:br/>
        <w:t>Amaç: Yüksek riskli bölgelerde balistik tehditlere ve kesici/delici saldırılara karşı hayatta kalma ihtimalini artırmaktır.</w:t>
      </w:r>
    </w:p>
    <w:p/>
    <w:p>
      <w:r>
        <w:rPr>
          <w:b/>
          <w:sz w:val="28"/>
        </w:rPr>
        <w:t>8. Termal İz Azaltma Teknolojisi (THERM-SHIELD)</w:t>
      </w:r>
    </w:p>
    <w:p>
      <w:r>
        <w:t>ALP ER TUNGA-X, termal kameralar ve ısı algılayıcı sistemlere karşı görünürlüğü azaltmak amacıyla geliştirilebilecek özel yüzey mimarisine sahiptir.</w:t>
        <w:br/>
        <w:br/>
        <w:t>Termal avantajlar:</w:t>
        <w:br/>
        <w:t>- Isı yayılımını dengeli şekilde dağıtma</w:t>
        <w:br/>
        <w:t>- Termal iz belirginliğini azaltma</w:t>
        <w:br/>
        <w:t>- Gece operasyonlarında gizlilik artırımı</w:t>
        <w:br/>
        <w:br/>
        <w:t>Bu özellik keşif ve sızma görevlerinde stratejik avantaj sağlar.</w:t>
      </w:r>
    </w:p>
    <w:p/>
    <w:p>
      <w:r>
        <w:rPr>
          <w:b/>
          <w:sz w:val="28"/>
        </w:rPr>
        <w:t>9. Sağlık &amp; Yaşam Verisi Takip Sistemi (BIO-SYNC)</w:t>
      </w:r>
    </w:p>
    <w:p>
      <w:r>
        <w:t>BIO-SYNC modülü, operatörün biyometrik verilerini gerçek zamanlı olarak takip eder.</w:t>
        <w:br/>
        <w:br/>
        <w:t>Takip edilen biyometrik veriler:</w:t>
        <w:br/>
        <w:t>- Nabız / kalp ritmi</w:t>
        <w:br/>
        <w:t>- Kan oksijen seviyesi (SpO2)</w:t>
        <w:br/>
        <w:t>- Solunum ritmi</w:t>
        <w:br/>
        <w:t>- Vücut sıcaklığı</w:t>
        <w:br/>
        <w:t>- Yorgunluk ve stres göstergeleri</w:t>
        <w:br/>
        <w:t>- Düşme ve hareketsizlik algılama</w:t>
        <w:br/>
        <w:br/>
        <w:t>Bu sistem, operasyon sürekliliği ve hayatta kalma yönetimi sağlar.</w:t>
      </w:r>
    </w:p>
    <w:p/>
    <w:p>
      <w:r>
        <w:rPr>
          <w:b/>
          <w:sz w:val="28"/>
        </w:rPr>
        <w:t>10. Entegre Haberleşme Arayüzü (COM-LINK)</w:t>
      </w:r>
    </w:p>
    <w:p>
      <w:r>
        <w:t>COM-LINK modülü, sahadan komuta merkezine güvenli veri aktarımı sağlar.</w:t>
        <w:br/>
        <w:br/>
        <w:t>Haberleşme kabiliyetleri:</w:t>
        <w:br/>
        <w:t>- Şifreli veri iletimi</w:t>
        <w:br/>
        <w:t>- GPS / konum takibi</w:t>
        <w:br/>
        <w:t>- Canlı operasyon durumu raporlama</w:t>
        <w:br/>
        <w:t>- Yakın birliklerle senkronizasyon</w:t>
        <w:br/>
        <w:t>- Takım bazlı görev koordinasyonu</w:t>
      </w:r>
    </w:p>
    <w:p/>
    <w:p>
      <w:r>
        <w:rPr>
          <w:b/>
          <w:sz w:val="28"/>
        </w:rPr>
        <w:t>11. Yaralanma Anında Otomatik Alarm &amp; Müdahale Protokolü (MED-ALERT)</w:t>
      </w:r>
    </w:p>
    <w:p>
      <w:r>
        <w:t>MED-ALERT, yaralanma durumunda otomatik acil durum protokolünü devreye sokmak üzere tasarlanmıştır.</w:t>
        <w:br/>
        <w:br/>
        <w:t>Operatör yaralandığında sistem:</w:t>
        <w:br/>
        <w:t>- Ani nabız düşüşü veya şok belirtilerini algılar</w:t>
        <w:br/>
        <w:t>- Düşme veya hareketsizliği tespit eder</w:t>
        <w:br/>
        <w:t>- Biyometrik değişimleri analiz eder</w:t>
        <w:br/>
        <w:t>- GPS konumunu belirler</w:t>
        <w:br/>
        <w:t>- Merkeze otomatik acil durum paketi gönderir</w:t>
        <w:br/>
        <w:br/>
        <w:t>Merkeze iletilen veriler:</w:t>
        <w:br/>
        <w:t>- GPS konumu</w:t>
        <w:br/>
        <w:t>- Nabız, solunum, SpO2</w:t>
        <w:br/>
        <w:t>- Vücut sıcaklığı</w:t>
        <w:br/>
        <w:t>- Durum analizi ve aciliyet seviyesi</w:t>
        <w:br/>
        <w:t>- “Acil tıbbi müdahale gerekli” uyarısı</w:t>
        <w:br/>
        <w:br/>
        <w:t>Komuta merkezi, kanama kontrolü, turnike uygulaması, şok protokolü ve sağlık birimi koordinasyonu gibi yönlendirmeleri sisteme entegre şekilde sağlayabilir.</w:t>
      </w:r>
    </w:p>
    <w:p/>
    <w:p>
      <w:r>
        <w:rPr>
          <w:b/>
          <w:sz w:val="28"/>
        </w:rPr>
        <w:t>12. Yapay Zekâ Destekli Operasyon Analizi (OPS-AI)</w:t>
      </w:r>
    </w:p>
    <w:p>
      <w:r>
        <w:t>ALP ER TUNGA-X mimarisi, ilerleyen sürümlerde yapay zekâ sistemleriyle entegre edilebilecek şekilde tasarlanmıştır.</w:t>
        <w:br/>
        <w:br/>
        <w:t>AI destekli kabiliyetler:</w:t>
        <w:br/>
        <w:t>- Biyometrik kriz tahmini</w:t>
        <w:br/>
        <w:t>- Tehdit ve risk analizi</w:t>
        <w:br/>
        <w:t>- Çevresel veri yorumlama</w:t>
        <w:br/>
        <w:t>- Otomatik mod geçiş önerileri</w:t>
        <w:br/>
        <w:t>- Görev optimizasyon desteği</w:t>
      </w:r>
    </w:p>
    <w:p/>
    <w:p>
      <w:r>
        <w:rPr>
          <w:b/>
          <w:sz w:val="28"/>
        </w:rPr>
        <w:t>13. Sahadaki Avantajlar</w:t>
      </w:r>
    </w:p>
    <w:p>
      <w:r>
        <w:t>Başlıca operasyonel avantajlar:</w:t>
        <w:br/>
        <w:t>- Ortama göre kamuflaj uyumu</w:t>
        <w:br/>
        <w:t>- Tehdit anında aktif zırh davranışı</w:t>
        <w:br/>
        <w:t>- Modüler balistik ve kesici/delici koruma altyapısı</w:t>
        <w:br/>
        <w:t>- Termal iz azaltma desteği</w:t>
        <w:br/>
        <w:t>- Gerçek zamanlı sağlık takibi</w:t>
        <w:br/>
        <w:t>- Yaralanma anında otomatik merkez bildirimi</w:t>
        <w:br/>
        <w:t>- Entegre taktik haberleşme arayüzü</w:t>
        <w:br/>
        <w:t>- Psikolojik caydırıcılık ve disiplinli görünüm</w:t>
      </w:r>
    </w:p>
    <w:p/>
    <w:p>
      <w:r>
        <w:rPr>
          <w:b/>
          <w:sz w:val="28"/>
        </w:rPr>
        <w:t>14. Gelecek Geliştirme Vizyonu</w:t>
      </w:r>
    </w:p>
    <w:p>
      <w:r>
        <w:t>ALP ER TUNGA-X gelecekte aşağıdaki kabiliyetlerle genişletilebilir:</w:t>
        <w:br/>
        <w:t>- Gelişmiş termal iz azaltma paketleri</w:t>
        <w:br/>
        <w:t>- Farklı balistik plaka çeşitleri</w:t>
        <w:br/>
        <w:t>- Genişletilmiş saha haberleşme modülleri</w:t>
        <w:br/>
        <w:t>- Kask içi HUD arayüz entegrasyonu</w:t>
        <w:br/>
        <w:t>- Drone ve saha unsurlarıyla senkronizasyon</w:t>
        <w:br/>
        <w:t>- Otomatik görev mod protokolleri</w:t>
      </w:r>
    </w:p>
    <w:p/>
    <w:p>
      <w:r>
        <w:rPr>
          <w:b/>
          <w:sz w:val="28"/>
        </w:rPr>
        <w:t>15. Sonuç</w:t>
      </w:r>
    </w:p>
    <w:p>
      <w:r>
        <w:t>ALP ER TUNGA-X yalnızca bir zırh değildir; modern operasyonel ortamlarda hayatta kalma odaklı, yeni nesil giyilebilir savunma teknolojisi konseptidir.</w:t>
        <w:br/>
        <w:br/>
        <w:t>Amacı; operatörü korumak, hayatta tutmak, komuta merkezine bağlamak ve sahada üstünlük sağlamaktır.</w:t>
        <w:br/>
        <w:br/>
        <w:t>“Destandan doğan güç, geleceğin teknolojisine dönüştü.”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